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קיצורי מקלדת – קיצור קטן, חיסכון גדול ⌨️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קיצורי מקלדת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קיצורי מקלדת נפוצים ואת הפעולה שכל קיצור מבצע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נכון בקיצורים בזמן עבודה במחשב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מצבים שבהם קיצור מקלדת חוסך זמן ומאמץ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מה עושה הקיצור?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מעתיק טקסט מסומן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מדביק טקסט שהועתק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מבטל את הפעולה האחרונה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שומר את הקובץ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מדפיס את המסמך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Ctrl+X הוא גזירה - הטקסט נמחק מהמקור ומועתק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הקיצור לסימון הכל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N מסמל New, קובץ חדש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End מזיז לסוף השורה, Home מזיז להתחלה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U מסמל Underline, קו תחתון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הקיצור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C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V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Z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S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A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קיצור לפעולה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(העתקה)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(הדבקה)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(גזירה)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(ביטול פעולה)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(הדגשה (בולד))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(פתיחת קובץ חדש)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- יש לציין קיצור קונקרטי ומצב הגיוני שבו הוא מועיל, למשל העתקה-הדבקה בעבודה עם 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חופשית - יש להזכיר חיסכון בזמן, יעילות, פחות תזוזות יד בין מקלדת לעכבר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Ctrl+C להעתקה, Ctrl+V להדבקה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גזירה מוחקת מהמקור, העתקה משאירה את המקור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Ctrl+Z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בפועל מול מקלדת אמיתית או דימוי מקלדת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לזוגות ולתחרות מי זוכר יותר קיצורים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להדגיש שקיצורים עשויים להשתנות מעט בין תוכנות שונות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קיצורי מקלדת – קיצור קטן, חיסכון גדול ⌨️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קיצורי מקלדת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קיצורי מקלדת הם שילובים של מקשים שמבצעים פעולה מהר יותר מאשר תפריטים. בדף הזה נתרגל את הקיצורים הנפוצים ביותר כמו העתקה, הדבקה וביטול פעולה.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מה עושה הקיצור?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עושה הקיצור Ctrl+C?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מדביק 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מעתיק טקסט מסומן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מוחק 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פותח קובץ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עושה הקיצור Ctrl+V?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מדביק טקסט שהועתק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שומר קובץ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מדפיס מסמך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מבטל פעולה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עושה הקיצור Ctrl+Z?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מסמן הכל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מדביק 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מבטל את הפעולה האחרונה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פותח קובץ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עושה הקיצור Ctrl+S?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שומר את הקובץ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גוזר 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מדפיס מסמך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מסמן הכל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עושה הקיצור Ctrl+P?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מדפיס את המסמך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פותח קובץ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מעתיק 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מדגיש טקסט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הקיצור Ctrl+X מעתיק טקסט בלי למחוק אותו ממקומו המקורי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הקיצור Ctrl+A מסמן את כל הטקסט במסמך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הקיצור Ctrl+N פותח קובץ חדש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מקש End מזיז את הסמן להתחלת השורה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הקיצור Ctrl+U מוסיף קו תחתון לטקסט מסומן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הקיצור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כדי להעתיק טקסט מסומן לוחצים Ctrl+__________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כדי להדביק טקסט שהועתק לוחצים Ctrl+__________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כדי לבטל פעולה אחרונה לוחצים Ctrl+__________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כדי לשמור קובץ לוחצים Ctrl+__________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כדי לסמן את כל הטקסט במסמך לוחצים Ctrl+__________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קיצור לפעולה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Ctrl+C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ביטול פעולה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Ctrl+V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הדגשה (בולד)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Ctrl+X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פתיחת קובץ חדש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Ctrl+Z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העתקה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Ctrl+B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גזירה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Ctrl+N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הדבקה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מצב יומיומי במחשב שבו קיצור מקלדת חוסך לכם זמן. איזה קיצור תשתמשו בו ולמה?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מדוע כדאי ללמוד קיצורי מקלדת במקום להשתמש תמיד בעכבר ובתפריטים?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קיצור אחד להעתקה וקיצור אחד להדבקה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גזירה (Cut) להעתקה (Copy)?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לקיצור שמבטל פעולה אחרונה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קיצורי מקלדת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