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ואת הפעולה שכל קיצור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בקיצורים בזמן עבודה במחשב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קיצור מקלדת חוסך זמן ומאמץ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עושה הקיצור?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מעתיק טקסט 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מדביק טקסט שהועתק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מבטל את הפעולה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שומר את הקובץ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מדפיס את המסמך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Ctrl+X הוא גזירה - הטקסט נמחק מהמקור ומועתק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הקיצור לסימון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N מסמל New, קובץ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End מזיז לסוף השורה, Home מזיז להתחלה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U מסמל Underline, קו תחתון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A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(גזירה)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(ביטול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(הדגשה (בולד))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(פתיחת קובץ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לציין קיצור קונקרטי ומצב הגיוני שבו הוא מועיל, למשל העתקה-הדבקה בעבודה עם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להזכיר חיסכון בזמן, יעילות, פחות תזוזות יד בין מקלדת לעכבר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Ctrl+C להעתקה, Ctrl+V להדבקה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גזירה מוחקת מהמקור, העתקה משאירה את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Ctrl+Z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בפועל מול מקלדת אמיתית או דימוי מקלדת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ולתחרות מי זוכר יותר קיצורים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שקיצורים עשויים להשתנות מעט בין תוכנות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קיצור מקלדת זה כמה מקשים שלוחצים יחד. זה עוזר לעשות דברים מהר במחשב. נתרגל קיצורים 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קיצור מקלדת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מקשים שלוחצים ביחד כדי לבצע פעולה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Ctrl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שעוזר להפעיל קיצורי מקלדת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העתקה (Copy)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עותק של טקסט או קובץ בלי למחוק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הדבקה (Paste)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להכניס טקסט שהועתק למקום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גזירה (Cut)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להעתיק ולמחוק את המקור באותו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ביטול פעולה (Undo)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אחורה לפני הפעולה האחרונה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הדגשה (Bold)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להפוך טקסט לעבה ובולט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שמירה (Save)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את הקובץ כמו שהוא 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עושה הקיצור?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Ctrl+C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מעתיק טקסט מסומן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Ctrl+V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מדביק טקסט שהועתק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מבטל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Ctrl+Z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מסמן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מבטל את הפעולה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Ctrl+S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 את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גוזר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מסמן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Ctrl+P עושה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מדפיס את המסמך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מעתיק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מדגיש 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Ctrl+X מעתיק טקסט בלי למחוק אותו ממקומו המקורי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Ctrl+A מסמן את כל הטקסט במסמך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Ctrl+N פותח קובץ 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End מזיז את הסמן להתחלת השורה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Ctrl+U מוסיף קו תחתון לטקסט מסומן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להעתיק טקסט מסומן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להדביק טקסט שהועתק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לבטל פעולה אחרונה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לשמור קובץ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לסמן את כל הטקסט במסמך לוחצים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הדבקה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גזירה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Ctrl+X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העתקה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הדגשה (בולד)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פתיחת קובץ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Ctrl+N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ביטול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יומיומי במחשב שבו קיצור מקלדת חוסך לכם זמן. איזה קיצור תשתמשו בו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כדאי ללמוד קיצורי מקלדת במקום להשתמש תמיד בעכבר ובתפריטים?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קיצור אחד להעתקה וקיצור אחד להדבקה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גזירה (Cut) להעתקה (Copy)?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לקיצור שמבטל פעולה אחרונה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