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קיצורי מקלדת נפוצים ואת הפעולה שכל קיצור מבצע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בקיצורים בזמן עבודה במחשב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מצבים שבהם קיצור מקלדת חוסך זמן ומאמץ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עושה הקיצור?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מעתיק טקסט מסומן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מדביק טקסט שהועתק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Ctrl+X הוא גזירה - הטקסט נמחק מהמקור ומועתק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הקיצור לסימון הכל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הקיצור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C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V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Z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קיצור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(העתקה)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(הדבקה)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(גזירה)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(ביטול פעולה)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יש לציין קיצור קונקרטי ומצב הגיוני שבו הוא מועיל, למשל העתקה-הדבקה בעבודה עם 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Ctrl+C להעתקה, Ctrl+V להדבקה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גזירה מוחקת מהמקור, העתקה משאירה את המקור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Ctrl+Z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בפועל מול מקלדת אמיתית או דימוי מקלדת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 ולתחרות מי זוכר יותר קיצורים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להדגיש שקיצורים עשויים להשתנות מעט בין תוכנות שונות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קיצורי מקלדת הם שילובים של מקשים שמבצעים פעולה מהר יותר מאשר תפריטים. בדף הזה נתרגל את הקיצורים הנפוצים ביותר כמו העתקה, הדבקה וביטול פעולה.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C  ·  Z  ·  V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מה עושה הקיצור?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עושה הקיצור Ctrl+C?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מדביק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מעתיק טקסט מסומן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מוחק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עושה הקיצור Ctrl+V?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מדביק טקסט שהועתק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שומר 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מדפיס מסמך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הקיצור Ctrl+X מעתיק טקסט בלי למחוק אותו ממקומו המקורי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הקיצור Ctrl+A מסמן את כל הטקסט במסמך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הקיצור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להעתיק טקסט מסומן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להדביק טקסט שהועתק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כדי לבטל פעולה אחרונה לוחצים Ctrl+__________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קיצור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Ctrl+C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ביטול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Ctrl+V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גזירה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Ctrl+X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העתקה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Ctrl+Z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הדבקה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מצב יומיומי במחשב שבו קיצור מקלדת חוסך לכם זמן. איזה קיצור תשתמשו בו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קיצור אחד להעתקה וקיצור אחד להדבקה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גזירה (Cut) להעתקה (Copy)?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קיצורי מקלדת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